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3553D" w14:textId="4E486D7F" w:rsidR="005D5095" w:rsidRPr="003A4660" w:rsidRDefault="00000000">
      <w:pPr>
        <w:jc w:val="center"/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  <w:b/>
          <w:sz w:val="28"/>
        </w:rPr>
        <w:t>TITLE OF THE PAPER</w:t>
      </w:r>
    </w:p>
    <w:p w14:paraId="1F89C048" w14:textId="77777777" w:rsidR="005D5095" w:rsidRPr="003A4660" w:rsidRDefault="00000000">
      <w:pPr>
        <w:jc w:val="center"/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  <w:b/>
          <w:sz w:val="24"/>
        </w:rPr>
        <w:t>Author Name1¹, Author Name2²</w:t>
      </w:r>
      <w:r w:rsidRPr="003A4660">
        <w:rPr>
          <w:rFonts w:ascii="Times New Roman" w:hAnsi="Times New Roman" w:cs="Times New Roman"/>
          <w:b/>
          <w:sz w:val="24"/>
        </w:rPr>
        <w:br/>
      </w:r>
    </w:p>
    <w:p w14:paraId="02A249B3" w14:textId="77777777" w:rsidR="005D5095" w:rsidRPr="003A4660" w:rsidRDefault="00000000">
      <w:pPr>
        <w:jc w:val="center"/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¹Affiliation, Country</w:t>
      </w:r>
      <w:r w:rsidRPr="003A4660">
        <w:rPr>
          <w:rFonts w:ascii="Times New Roman" w:hAnsi="Times New Roman" w:cs="Times New Roman"/>
        </w:rPr>
        <w:br/>
        <w:t>²Affiliation, Country</w:t>
      </w:r>
      <w:r w:rsidRPr="003A4660">
        <w:rPr>
          <w:rFonts w:ascii="Times New Roman" w:hAnsi="Times New Roman" w:cs="Times New Roman"/>
        </w:rPr>
        <w:br/>
        <w:t>Corresponding author: email@email.com</w:t>
      </w:r>
    </w:p>
    <w:p w14:paraId="26F20CB4" w14:textId="77777777" w:rsidR="005D5095" w:rsidRPr="003A4660" w:rsidRDefault="005D5095">
      <w:pPr>
        <w:rPr>
          <w:rFonts w:ascii="Times New Roman" w:hAnsi="Times New Roman" w:cs="Times New Roman"/>
        </w:rPr>
      </w:pPr>
    </w:p>
    <w:p w14:paraId="2EDE2378" w14:textId="77777777" w:rsidR="005D5095" w:rsidRPr="003A4660" w:rsidRDefault="00000000">
      <w:pPr>
        <w:pStyle w:val="Heading1"/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Abstract</w:t>
      </w:r>
    </w:p>
    <w:p w14:paraId="1B03876A" w14:textId="77777777" w:rsidR="005D5095" w:rsidRPr="003A4660" w:rsidRDefault="00000000">
      <w:pPr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Write a structured abstract of 150–250 words. Include background, objectives, methodology, results, and conclusion. Ensure the abstract is concise and reflects the main contribution of the paper.</w:t>
      </w:r>
    </w:p>
    <w:p w14:paraId="716EB8A8" w14:textId="77777777" w:rsidR="005D5095" w:rsidRPr="003A4660" w:rsidRDefault="00000000">
      <w:pPr>
        <w:pStyle w:val="Heading1"/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Keywords</w:t>
      </w:r>
    </w:p>
    <w:p w14:paraId="3FAF0C5A" w14:textId="77777777" w:rsidR="005D5095" w:rsidRPr="003A4660" w:rsidRDefault="00000000">
      <w:pPr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Keyword1; Keyword2; Keyword3; Keyword4; Keyword5</w:t>
      </w:r>
    </w:p>
    <w:p w14:paraId="3979B455" w14:textId="77777777" w:rsidR="005D5095" w:rsidRPr="003A4660" w:rsidRDefault="00000000">
      <w:pPr>
        <w:pStyle w:val="Heading1"/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1. Introduction</w:t>
      </w:r>
    </w:p>
    <w:p w14:paraId="0D080057" w14:textId="77777777" w:rsidR="005D5095" w:rsidRPr="003A4660" w:rsidRDefault="00000000">
      <w:pPr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Write your content here following APA 7th style and academic tone.</w:t>
      </w:r>
    </w:p>
    <w:p w14:paraId="0701CCD2" w14:textId="77777777" w:rsidR="005D5095" w:rsidRPr="003A4660" w:rsidRDefault="00000000">
      <w:pPr>
        <w:pStyle w:val="Heading1"/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2. Literature Review</w:t>
      </w:r>
    </w:p>
    <w:p w14:paraId="6B1B4524" w14:textId="77777777" w:rsidR="005D5095" w:rsidRPr="003A4660" w:rsidRDefault="00000000">
      <w:pPr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Write your content here following APA 7th style and academic tone.</w:t>
      </w:r>
    </w:p>
    <w:p w14:paraId="10386068" w14:textId="77777777" w:rsidR="005D5095" w:rsidRPr="003A4660" w:rsidRDefault="00000000">
      <w:pPr>
        <w:pStyle w:val="Heading1"/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3. Methodology</w:t>
      </w:r>
    </w:p>
    <w:p w14:paraId="5DD71FAA" w14:textId="77777777" w:rsidR="005D5095" w:rsidRPr="003A4660" w:rsidRDefault="00000000">
      <w:pPr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Write your content here following APA 7th style and academic tone.</w:t>
      </w:r>
    </w:p>
    <w:p w14:paraId="20E6AB34" w14:textId="77777777" w:rsidR="005D5095" w:rsidRPr="003A4660" w:rsidRDefault="00000000">
      <w:pPr>
        <w:pStyle w:val="Heading1"/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4. Results</w:t>
      </w:r>
    </w:p>
    <w:p w14:paraId="4C42B9B0" w14:textId="77777777" w:rsidR="005D5095" w:rsidRPr="003A4660" w:rsidRDefault="00000000">
      <w:pPr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Write your content here following APA 7th style and academic tone.</w:t>
      </w:r>
    </w:p>
    <w:p w14:paraId="36DA7FF0" w14:textId="77777777" w:rsidR="005D5095" w:rsidRPr="003A4660" w:rsidRDefault="00000000">
      <w:pPr>
        <w:pStyle w:val="Heading1"/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5. Discussion</w:t>
      </w:r>
    </w:p>
    <w:p w14:paraId="776ADC59" w14:textId="77777777" w:rsidR="005D5095" w:rsidRPr="003A4660" w:rsidRDefault="00000000">
      <w:pPr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Write your content here following APA 7th style and academic tone.</w:t>
      </w:r>
    </w:p>
    <w:p w14:paraId="59942B15" w14:textId="77777777" w:rsidR="005D5095" w:rsidRPr="003A4660" w:rsidRDefault="00000000">
      <w:pPr>
        <w:pStyle w:val="Heading1"/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6. Conclusion</w:t>
      </w:r>
    </w:p>
    <w:p w14:paraId="24459C12" w14:textId="77777777" w:rsidR="005D5095" w:rsidRPr="003A4660" w:rsidRDefault="00000000">
      <w:pPr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Write your content here following APA 7th style and academic tone.</w:t>
      </w:r>
    </w:p>
    <w:p w14:paraId="1D813768" w14:textId="77777777" w:rsidR="005D5095" w:rsidRPr="003A4660" w:rsidRDefault="00000000">
      <w:pPr>
        <w:pStyle w:val="Heading1"/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lastRenderedPageBreak/>
        <w:t>7. Implications / Recommendations</w:t>
      </w:r>
    </w:p>
    <w:p w14:paraId="01375498" w14:textId="77777777" w:rsidR="005D5095" w:rsidRPr="003A4660" w:rsidRDefault="00000000">
      <w:pPr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Write your content here following APA 7th style and academic tone.</w:t>
      </w:r>
    </w:p>
    <w:p w14:paraId="42B50D75" w14:textId="77777777" w:rsidR="005D5095" w:rsidRPr="003A4660" w:rsidRDefault="00000000">
      <w:pPr>
        <w:pStyle w:val="Heading1"/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References</w:t>
      </w:r>
    </w:p>
    <w:p w14:paraId="36D20ADC" w14:textId="77777777" w:rsidR="005D5095" w:rsidRPr="003A4660" w:rsidRDefault="00000000">
      <w:pPr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t>Write your content here following APA 7th style and academic tone.</w:t>
      </w:r>
    </w:p>
    <w:p w14:paraId="32F7788F" w14:textId="77777777" w:rsidR="005D5095" w:rsidRPr="003A4660" w:rsidRDefault="00000000">
      <w:pPr>
        <w:rPr>
          <w:rFonts w:ascii="Times New Roman" w:hAnsi="Times New Roman" w:cs="Times New Roman"/>
        </w:rPr>
      </w:pPr>
      <w:r w:rsidRPr="003A4660">
        <w:rPr>
          <w:rFonts w:ascii="Times New Roman" w:hAnsi="Times New Roman" w:cs="Times New Roman"/>
        </w:rPr>
        <w:br/>
        <w:t>Example Table Formatting: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7"/>
        <w:gridCol w:w="2877"/>
        <w:gridCol w:w="2876"/>
      </w:tblGrid>
      <w:tr w:rsidR="005D5095" w:rsidRPr="003A4660" w14:paraId="16031D84" w14:textId="77777777">
        <w:tc>
          <w:tcPr>
            <w:tcW w:w="2880" w:type="dxa"/>
          </w:tcPr>
          <w:p w14:paraId="5AD8C93C" w14:textId="77777777" w:rsidR="005D5095" w:rsidRPr="003A4660" w:rsidRDefault="00000000">
            <w:pPr>
              <w:rPr>
                <w:rFonts w:ascii="Times New Roman" w:hAnsi="Times New Roman" w:cs="Times New Roman"/>
              </w:rPr>
            </w:pPr>
            <w:r w:rsidRPr="003A4660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2880" w:type="dxa"/>
          </w:tcPr>
          <w:p w14:paraId="49ACE0FB" w14:textId="77777777" w:rsidR="005D5095" w:rsidRPr="003A4660" w:rsidRDefault="00000000">
            <w:pPr>
              <w:rPr>
                <w:rFonts w:ascii="Times New Roman" w:hAnsi="Times New Roman" w:cs="Times New Roman"/>
              </w:rPr>
            </w:pPr>
            <w:r w:rsidRPr="003A4660">
              <w:rPr>
                <w:rFonts w:ascii="Times New Roman" w:hAnsi="Times New Roman" w:cs="Times New Roman"/>
              </w:rPr>
              <w:t>Mean</w:t>
            </w:r>
          </w:p>
        </w:tc>
        <w:tc>
          <w:tcPr>
            <w:tcW w:w="2880" w:type="dxa"/>
          </w:tcPr>
          <w:p w14:paraId="083FE364" w14:textId="77777777" w:rsidR="005D5095" w:rsidRPr="003A4660" w:rsidRDefault="00000000">
            <w:pPr>
              <w:rPr>
                <w:rFonts w:ascii="Times New Roman" w:hAnsi="Times New Roman" w:cs="Times New Roman"/>
              </w:rPr>
            </w:pPr>
            <w:r w:rsidRPr="003A4660">
              <w:rPr>
                <w:rFonts w:ascii="Times New Roman" w:hAnsi="Times New Roman" w:cs="Times New Roman"/>
              </w:rPr>
              <w:t>SD</w:t>
            </w:r>
          </w:p>
        </w:tc>
      </w:tr>
      <w:tr w:rsidR="005D5095" w:rsidRPr="003A4660" w14:paraId="385B8D20" w14:textId="77777777">
        <w:tc>
          <w:tcPr>
            <w:tcW w:w="2880" w:type="dxa"/>
          </w:tcPr>
          <w:p w14:paraId="10900E8C" w14:textId="77777777" w:rsidR="005D5095" w:rsidRPr="003A4660" w:rsidRDefault="005D50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018AD02E" w14:textId="77777777" w:rsidR="005D5095" w:rsidRPr="003A4660" w:rsidRDefault="005D50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4561147B" w14:textId="77777777" w:rsidR="005D5095" w:rsidRPr="003A4660" w:rsidRDefault="005D5095">
            <w:pPr>
              <w:rPr>
                <w:rFonts w:ascii="Times New Roman" w:hAnsi="Times New Roman" w:cs="Times New Roman"/>
              </w:rPr>
            </w:pPr>
          </w:p>
        </w:tc>
      </w:tr>
      <w:tr w:rsidR="005D5095" w:rsidRPr="003A4660" w14:paraId="09FE9C13" w14:textId="77777777">
        <w:tc>
          <w:tcPr>
            <w:tcW w:w="2880" w:type="dxa"/>
          </w:tcPr>
          <w:p w14:paraId="2B41CCC8" w14:textId="77777777" w:rsidR="005D5095" w:rsidRPr="003A4660" w:rsidRDefault="005D50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1659EB6D" w14:textId="77777777" w:rsidR="005D5095" w:rsidRPr="003A4660" w:rsidRDefault="005D50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12A9751D" w14:textId="77777777" w:rsidR="005D5095" w:rsidRPr="003A4660" w:rsidRDefault="005D5095">
            <w:pPr>
              <w:rPr>
                <w:rFonts w:ascii="Times New Roman" w:hAnsi="Times New Roman" w:cs="Times New Roman"/>
              </w:rPr>
            </w:pPr>
          </w:p>
        </w:tc>
      </w:tr>
    </w:tbl>
    <w:p w14:paraId="07B643C5" w14:textId="77777777" w:rsidR="00DF2CD9" w:rsidRPr="003A4660" w:rsidRDefault="00DF2CD9">
      <w:pPr>
        <w:rPr>
          <w:rFonts w:ascii="Times New Roman" w:hAnsi="Times New Roman" w:cs="Times New Roman"/>
        </w:rPr>
      </w:pPr>
    </w:p>
    <w:sectPr w:rsidR="00DF2CD9" w:rsidRPr="003A466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7451118">
    <w:abstractNumId w:val="8"/>
  </w:num>
  <w:num w:numId="2" w16cid:durableId="1039209126">
    <w:abstractNumId w:val="6"/>
  </w:num>
  <w:num w:numId="3" w16cid:durableId="708340310">
    <w:abstractNumId w:val="5"/>
  </w:num>
  <w:num w:numId="4" w16cid:durableId="1170872489">
    <w:abstractNumId w:val="4"/>
  </w:num>
  <w:num w:numId="5" w16cid:durableId="69426241">
    <w:abstractNumId w:val="7"/>
  </w:num>
  <w:num w:numId="6" w16cid:durableId="1429084387">
    <w:abstractNumId w:val="3"/>
  </w:num>
  <w:num w:numId="7" w16cid:durableId="233443012">
    <w:abstractNumId w:val="2"/>
  </w:num>
  <w:num w:numId="8" w16cid:durableId="2071537487">
    <w:abstractNumId w:val="1"/>
  </w:num>
  <w:num w:numId="9" w16cid:durableId="544873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A4660"/>
    <w:rsid w:val="005D5095"/>
    <w:rsid w:val="00AA1D8D"/>
    <w:rsid w:val="00B47730"/>
    <w:rsid w:val="00CB0664"/>
    <w:rsid w:val="00DF2CD9"/>
    <w:rsid w:val="00E725B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EA1CDA"/>
  <w14:defaultImageDpi w14:val="300"/>
  <w15:docId w15:val="{F23D852B-1425-4206-BD95-F5DA7E5B4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958</Characters>
  <Application>Microsoft Office Word</Application>
  <DocSecurity>0</DocSecurity>
  <Lines>41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1090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Sam Jeng Mun</cp:lastModifiedBy>
  <cp:revision>2</cp:revision>
  <dcterms:created xsi:type="dcterms:W3CDTF">2026-03-19T04:41:00Z</dcterms:created>
  <dcterms:modified xsi:type="dcterms:W3CDTF">2026-03-19T04:41:00Z</dcterms:modified>
  <cp:category/>
</cp:coreProperties>
</file>